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sz w:val="21"/>
        </w:rPr>
        <w:t>[Your company name]</w:t>
        <w:br/>
        <w:t>[Address]</w:t>
        <w:br/>
        <w:t>[Phone] [Email]</w:t>
      </w:r>
    </w:p>
    <w:p>
      <w:pPr>
        <w:spacing w:after="280"/>
      </w:pPr>
      <w:r>
        <w:rPr>
          <w:sz w:val="21"/>
        </w:rPr>
        <w:t>[Date]</w:t>
      </w:r>
    </w:p>
    <w:p>
      <w:pPr>
        <w:spacing w:after="200"/>
      </w:pPr>
      <w:r>
        <w:rPr>
          <w:sz w:val="21"/>
        </w:rPr>
        <w:t>[Customer contact name]</w:t>
        <w:br/>
        <w:t>[Customer company]</w:t>
        <w:br/>
        <w:t>[Address]</w:t>
      </w:r>
    </w:p>
    <w:p>
      <w:pPr>
        <w:spacing w:after="200"/>
      </w:pPr>
      <w:r>
        <w:rPr>
          <w:sz w:val="21"/>
        </w:rPr>
        <w:t>Dear [name],</w:t>
      </w:r>
    </w:p>
    <w:p>
      <w:pPr>
        <w:spacing w:after="200"/>
      </w:pPr>
      <w:r>
        <w:rPr>
          <w:b/>
          <w:sz w:val="21"/>
        </w:rPr>
        <w:t>Price changes from [date]</w:t>
      </w:r>
    </w:p>
    <w:p>
      <w:pPr>
        <w:spacing w:after="200"/>
      </w:pPr>
      <w:r>
        <w:rPr>
          <w:sz w:val="21"/>
        </w:rPr>
        <w:t>We're writing to let you know that our prices for [products or part numbers] will change from [date].</w:t>
      </w:r>
    </w:p>
    <w:p>
      <w:pPr>
        <w:spacing w:after="200"/>
      </w:pPr>
      <w:r>
        <w:rPr>
          <w:sz w:val="21"/>
        </w:rPr>
        <w:t>[One or two sentences on why, for example: the cost of aluminium and energy has risen since we last set our prices, and we can no longer absorb it.]</w:t>
      </w:r>
    </w:p>
    <w:p>
      <w:pPr>
        <w:spacing w:after="200"/>
      </w:pPr>
      <w:r>
        <w:rPr>
          <w:sz w:val="21"/>
        </w:rPr>
        <w:t>The new prices are on the attached price list. [Or: prices will rise by an average of [x]%, and by no more than [y]% on any part.]</w:t>
      </w:r>
    </w:p>
    <w:p>
      <w:pPr>
        <w:spacing w:after="200"/>
      </w:pPr>
      <w:r>
        <w:rPr>
          <w:sz w:val="21"/>
        </w:rPr>
        <w:t>Orders we've acknowledged before [date] will be supplied at the price we quoted. Quotations already sent will hold until their validity date.</w:t>
      </w:r>
    </w:p>
    <w:p>
      <w:pPr>
        <w:spacing w:after="200"/>
      </w:pPr>
      <w:r>
        <w:rPr>
          <w:sz w:val="21"/>
        </w:rPr>
        <w:t>If you'd like to talk about the change, or plan orders ahead of it, please call [name] on [number].</w:t>
      </w:r>
    </w:p>
    <w:p>
      <w:pPr>
        <w:spacing w:after="200"/>
      </w:pPr>
      <w:r>
        <w:rPr>
          <w:sz w:val="21"/>
        </w:rPr>
        <w:t>Thank you for your business.</w:t>
      </w:r>
    </w:p>
    <w:p>
      <w:pPr>
        <w:spacing w:after="200"/>
      </w:pPr>
      <w:r>
        <w:rPr>
          <w:sz w:val="21"/>
        </w:rPr>
        <w:t>Yours sincerely,</w:t>
        <w:br/>
        <w:br/>
        <w:t>[Name]</w:t>
        <w:br/>
        <w:t>[Role]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increase letter template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